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Repair proposal</w:t>
      </w:r>
    </w:p>
    <w:p>
      <w:r>
        <w:t>{Company name} | {address} | {phone} | {email} | License no. {license number, if required}</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Prepared for</w:t>
            </w:r>
          </w:p>
        </w:tc>
        <w:tc>
          <w:tcPr>
            <w:tcW w:type="dxa" w:w="2160"/>
          </w:tcPr>
          <w:p>
            <w:r>
              <w:t>{Customer name}, {building address}</w:t>
            </w:r>
          </w:p>
        </w:tc>
        <w:tc>
          <w:tcPr>
            <w:tcW w:type="dxa" w:w="2160"/>
          </w:tcPr>
          <w:p>
            <w:r>
              <w:t>Proposal no.</w:t>
            </w:r>
          </w:p>
        </w:tc>
        <w:tc>
          <w:tcPr>
            <w:tcW w:type="dxa" w:w="2160"/>
          </w:tcPr>
          <w:p>
            <w:r>
              <w:t>{number}</w:t>
            </w:r>
          </w:p>
        </w:tc>
      </w:tr>
      <w:tr>
        <w:tc>
          <w:tcPr>
            <w:tcW w:type="dxa" w:w="2160"/>
          </w:tcPr>
          <w:p>
            <w:r>
              <w:t>Inspection date</w:t>
            </w:r>
          </w:p>
        </w:tc>
        <w:tc>
          <w:tcPr>
            <w:tcW w:type="dxa" w:w="2160"/>
          </w:tcPr>
          <w:p>
            <w:r>
              <w:t>{date}</w:t>
            </w:r>
          </w:p>
        </w:tc>
        <w:tc>
          <w:tcPr>
            <w:tcW w:type="dxa" w:w="2160"/>
          </w:tcPr>
          <w:p>
            <w:r>
              <w:t>Proposal date</w:t>
            </w:r>
          </w:p>
        </w:tc>
        <w:tc>
          <w:tcPr>
            <w:tcW w:type="dxa" w:w="2160"/>
          </w:tcPr>
          <w:p>
            <w:r>
              <w:t>{date}</w:t>
            </w:r>
          </w:p>
        </w:tc>
      </w:tr>
      <w:tr>
        <w:tc>
          <w:tcPr>
            <w:tcW w:type="dxa" w:w="2160"/>
          </w:tcPr>
          <w:p>
            <w:r>
              <w:t>System</w:t>
            </w:r>
          </w:p>
        </w:tc>
        <w:tc>
          <w:tcPr>
            <w:tcW w:type="dxa" w:w="2160"/>
          </w:tcPr>
          <w:p>
            <w:r>
              <w:t>{system type}</w:t>
            </w:r>
          </w:p>
        </w:tc>
        <w:tc>
          <w:tcPr>
            <w:tcW w:type="dxa" w:w="2160"/>
          </w:tcPr>
          <w:p>
            <w:r>
              <w:t>Valid until</w:t>
            </w:r>
          </w:p>
        </w:tc>
        <w:tc>
          <w:tcPr>
            <w:tcW w:type="dxa" w:w="2160"/>
          </w:tcPr>
          <w:p>
            <w:r>
              <w:t>{expiry date}</w:t>
            </w:r>
          </w:p>
        </w:tc>
      </w:tr>
    </w:tbl>
    <w:p>
      <w:pPr>
        <w:pStyle w:val="Heading1"/>
      </w:pPr>
      <w:r>
        <w:t>Summary</w:t>
      </w:r>
    </w:p>
    <w:p>
      <w:r>
        <w:t>During the inspection on {date}, our inspector found the items below that need repair to keep your fire protection system working as intended and in compliance. Each item lists what we found, the repair, and the price.</w:t>
      </w:r>
    </w:p>
    <w:p>
      <w:pPr>
        <w:pStyle w:val="Heading1"/>
      </w:pPr>
      <w:r>
        <w:t>Items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w:t>
            </w:r>
          </w:p>
        </w:tc>
        <w:tc>
          <w:tcPr>
            <w:tcW w:type="dxa" w:w="1728"/>
          </w:tcPr>
          <w:p>
            <w:r>
              <w:t>Location</w:t>
            </w:r>
          </w:p>
        </w:tc>
        <w:tc>
          <w:tcPr>
            <w:tcW w:type="dxa" w:w="1728"/>
          </w:tcPr>
          <w:p>
            <w:r>
              <w:t>What we found (severity: impairment, critical or noncritical)</w:t>
            </w:r>
          </w:p>
        </w:tc>
        <w:tc>
          <w:tcPr>
            <w:tcW w:type="dxa" w:w="1728"/>
          </w:tcPr>
          <w:p>
            <w:r>
              <w:t>Repair</w:t>
            </w:r>
          </w:p>
        </w:tc>
        <w:tc>
          <w:tcPr>
            <w:tcW w:type="dxa" w:w="1728"/>
          </w:tcPr>
          <w:p>
            <w:r>
              <w:t>Price</w:t>
            </w:r>
          </w:p>
        </w:tc>
      </w:tr>
      <w:tr>
        <w:tc>
          <w:tcPr>
            <w:tcW w:type="dxa" w:w="1728"/>
          </w:tcPr>
          <w:p>
            <w:r>
              <w:t>1</w:t>
            </w:r>
          </w:p>
        </w:tc>
        <w:tc>
          <w:tcPr>
            <w:tcW w:type="dxa" w:w="1728"/>
          </w:tcPr>
          <w:p>
            <w:r>
              <w:t>{location}</w:t>
            </w:r>
          </w:p>
        </w:tc>
        <w:tc>
          <w:tcPr>
            <w:tcW w:type="dxa" w:w="1728"/>
          </w:tcPr>
          <w:p>
            <w:r>
              <w:t>{deficiency found}</w:t>
            </w:r>
          </w:p>
        </w:tc>
        <w:tc>
          <w:tcPr>
            <w:tcW w:type="dxa" w:w="1728"/>
          </w:tcPr>
          <w:p>
            <w:r>
              <w:t>{repair}</w:t>
            </w:r>
          </w:p>
        </w:tc>
        <w:tc>
          <w:tcPr>
            <w:tcW w:type="dxa" w:w="1728"/>
          </w:tcPr>
          <w:p>
            <w:r>
              <w:t>{price}</w:t>
            </w:r>
          </w:p>
        </w:tc>
      </w:tr>
      <w:tr>
        <w:tc>
          <w:tcPr>
            <w:tcW w:type="dxa" w:w="1728"/>
          </w:tcPr>
          <w:p>
            <w:r>
              <w:t>2</w:t>
            </w:r>
          </w:p>
        </w:tc>
        <w:tc>
          <w:tcPr>
            <w:tcW w:type="dxa" w:w="1728"/>
          </w:tcPr>
          <w:p>
            <w:r/>
          </w:p>
        </w:tc>
        <w:tc>
          <w:tcPr>
            <w:tcW w:type="dxa" w:w="1728"/>
          </w:tcPr>
          <w:p>
            <w:r/>
          </w:p>
        </w:tc>
        <w:tc>
          <w:tcPr>
            <w:tcW w:type="dxa" w:w="1728"/>
          </w:tcPr>
          <w:p>
            <w:r/>
          </w:p>
        </w:tc>
        <w:tc>
          <w:tcPr>
            <w:tcW w:type="dxa" w:w="1728"/>
          </w:tcPr>
          <w:p>
            <w:r/>
          </w:p>
        </w:tc>
      </w:tr>
      <w:tr>
        <w:tc>
          <w:tcPr>
            <w:tcW w:type="dxa" w:w="1728"/>
          </w:tcPr>
          <w:p>
            <w:r>
              <w:t>3</w:t>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t>Total</w:t>
            </w:r>
          </w:p>
        </w:tc>
        <w:tc>
          <w:tcPr>
            <w:tcW w:type="dxa" w:w="1728"/>
          </w:tcPr>
          <w:p>
            <w:r>
              <w:t>{total}</w:t>
            </w:r>
          </w:p>
        </w:tc>
      </w:tr>
    </w:tbl>
    <w:p>
      <w:pPr>
        <w:pStyle w:val="Heading1"/>
      </w:pPr>
      <w:r>
        <w:t>Terms</w:t>
      </w:r>
    </w:p>
    <w:p>
      <w:pPr>
        <w:pStyle w:val="ListBullet"/>
      </w:pPr>
      <w:r>
        <w:t>Price includes labor and materials listed. {Any exclusions.}</w:t>
      </w:r>
    </w:p>
    <w:p>
      <w:pPr>
        <w:pStyle w:val="ListBullet"/>
      </w:pPr>
      <w:r>
        <w:t>Payment terms: {for example, due within 30 days of invoice}.</w:t>
      </w:r>
    </w:p>
    <w:p>
      <w:pPr>
        <w:pStyle w:val="ListBullet"/>
      </w:pPr>
      <w:r>
        <w:t>Pricing held until {expiry date}.</w:t>
      </w:r>
    </w:p>
    <w:p>
      <w:pPr>
        <w:pStyle w:val="ListBullet"/>
      </w:pPr>
      <w:r>
        <w:t>Work will be scheduled with your site contact after approval.</w:t>
      </w:r>
    </w:p>
    <w:p>
      <w:pPr>
        <w:pStyle w:val="Heading1"/>
      </w:pPr>
      <w:r>
        <w:t>Approval</w:t>
      </w:r>
    </w:p>
    <w:p>
      <w:r>
        <w:t>Approve by signing below or by replying "approved" to the email this came with.</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Name</w:t>
            </w:r>
          </w:p>
        </w:tc>
        <w:tc>
          <w:tcPr>
            <w:tcW w:type="dxa" w:w="2160"/>
          </w:tcPr>
          <w:p/>
        </w:tc>
        <w:tc>
          <w:tcPr>
            <w:tcW w:type="dxa" w:w="2160"/>
          </w:tcPr>
          <w:p>
            <w:r>
              <w:t>Signature</w:t>
            </w:r>
          </w:p>
        </w:tc>
        <w:tc>
          <w:tcPr>
            <w:tcW w:type="dxa" w:w="2160"/>
          </w:tcPr>
          <w:p/>
        </w:tc>
      </w:tr>
      <w:tr>
        <w:tc>
          <w:tcPr>
            <w:tcW w:type="dxa" w:w="2160"/>
          </w:tcPr>
          <w:p>
            <w:r>
              <w:t>Title</w:t>
            </w:r>
          </w:p>
        </w:tc>
        <w:tc>
          <w:tcPr>
            <w:tcW w:type="dxa" w:w="2160"/>
          </w:tcPr>
          <w:p/>
        </w:tc>
        <w:tc>
          <w:tcPr>
            <w:tcW w:type="dxa" w:w="2160"/>
          </w:tcPr>
          <w:p>
            <w:r>
              <w:t>Date</w:t>
            </w:r>
          </w:p>
        </w:tc>
        <w:tc>
          <w:tcPr>
            <w:tcW w:type="dxa" w:w="2160"/>
          </w:tcPr>
          <w:p/>
        </w:tc>
      </w:tr>
      <w:tr>
        <w:tc>
          <w:tcPr>
            <w:tcW w:type="dxa" w:w="2160"/>
          </w:tcPr>
          <w:p>
            <w:r>
              <w:t>Purchase order no.</w:t>
            </w:r>
          </w:p>
        </w:tc>
        <w:tc>
          <w:tcPr>
            <w:tcW w:type="dxa" w:w="2160"/>
          </w:tcPr>
          <w:p/>
        </w:tc>
        <w:tc>
          <w:tcPr>
            <w:tcW w:type="dxa" w:w="2160"/>
          </w:tcPr>
          <w:p>
            <w:r/>
          </w:p>
        </w:tc>
        <w:tc>
          <w:tcPr>
            <w:tcW w:type="dxa" w:w="2160"/>
          </w:tcPr>
          <w:p/>
        </w:tc>
      </w:tr>
    </w:tbl>
    <w:p>
      <w:r>
        <w:t>Questions? Contact {name} at {phone} or {email}.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